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AC248" w14:textId="399D18F8" w:rsidR="000700CB" w:rsidRDefault="000700CB" w:rsidP="000700CB">
      <w:pPr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0700CB">
        <w:rPr>
          <w:rFonts w:ascii="Times New Roman" w:hAnsi="Times New Roman" w:cs="Times New Roman"/>
          <w:b/>
          <w:bCs/>
          <w:sz w:val="24"/>
          <w:szCs w:val="24"/>
          <w:lang w:val="it-IT"/>
        </w:rPr>
        <w:t>Allegato A) Domanda di adesione alla Consulta comunale della Cultura</w:t>
      </w:r>
    </w:p>
    <w:p w14:paraId="11948C3E" w14:textId="77777777" w:rsidR="000700CB" w:rsidRPr="000700CB" w:rsidRDefault="000700CB" w:rsidP="000700CB">
      <w:pPr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413D62BD" w14:textId="44266E85" w:rsidR="00423743" w:rsidRDefault="00F000F0">
      <w:pPr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 w:rsidRPr="000700CB">
        <w:rPr>
          <w:rFonts w:ascii="Times New Roman" w:hAnsi="Times New Roman" w:cs="Times New Roman"/>
          <w:sz w:val="24"/>
          <w:szCs w:val="24"/>
          <w:lang w:val="it-IT"/>
        </w:rPr>
        <w:t>Al Comune di Foggia</w:t>
      </w:r>
      <w:r w:rsidRPr="000700CB">
        <w:rPr>
          <w:rFonts w:ascii="Times New Roman" w:hAnsi="Times New Roman" w:cs="Times New Roman"/>
          <w:sz w:val="24"/>
          <w:szCs w:val="24"/>
          <w:lang w:val="it-IT"/>
        </w:rPr>
        <w:br/>
        <w:t xml:space="preserve">Area </w:t>
      </w:r>
      <w:r w:rsidR="001971D3"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10 - </w:t>
      </w:r>
      <w:r w:rsidR="00081AEE" w:rsidRPr="000700CB">
        <w:rPr>
          <w:rFonts w:ascii="Times New Roman" w:hAnsi="Times New Roman" w:cs="Times New Roman"/>
          <w:sz w:val="24"/>
          <w:szCs w:val="24"/>
          <w:lang w:val="it-IT"/>
        </w:rPr>
        <w:t>Servizio</w:t>
      </w:r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Cultura</w:t>
      </w:r>
    </w:p>
    <w:p w14:paraId="6E5F8FEB" w14:textId="49CBF9BD" w:rsidR="00042608" w:rsidRPr="000700CB" w:rsidRDefault="00042608">
      <w:pPr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hyperlink r:id="rId8" w:history="1">
        <w:r w:rsidRPr="009822DB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cultura@cert.comune.foggia.it</w:t>
        </w:r>
      </w:hyperlink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311855EE" w14:textId="77777777" w:rsidR="00560DD3" w:rsidRDefault="00560DD3" w:rsidP="0076035A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6B01CEF7" w14:textId="0DA549A3" w:rsidR="00423743" w:rsidRPr="000700CB" w:rsidRDefault="00F000F0" w:rsidP="0076035A">
      <w:pPr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0700CB">
        <w:rPr>
          <w:rFonts w:ascii="Times New Roman" w:hAnsi="Times New Roman" w:cs="Times New Roman"/>
          <w:b/>
          <w:sz w:val="24"/>
          <w:szCs w:val="24"/>
          <w:lang w:val="it-IT"/>
        </w:rPr>
        <w:t>Oggetto</w:t>
      </w:r>
      <w:r w:rsidR="001971D3" w:rsidRPr="000700CB">
        <w:rPr>
          <w:rFonts w:ascii="Times New Roman" w:hAnsi="Times New Roman" w:cs="Times New Roman"/>
          <w:b/>
          <w:sz w:val="24"/>
          <w:szCs w:val="24"/>
          <w:lang w:val="it-IT"/>
        </w:rPr>
        <w:t>:</w:t>
      </w:r>
      <w:r w:rsidRPr="000700CB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0700CB">
        <w:rPr>
          <w:rFonts w:ascii="Times New Roman" w:hAnsi="Times New Roman" w:cs="Times New Roman"/>
          <w:bCs/>
          <w:sz w:val="24"/>
          <w:szCs w:val="24"/>
          <w:lang w:val="it-IT"/>
        </w:rPr>
        <w:t>Domanda di adesione alla Consulta comunale della Cultura e designazione del rappresentante nell’Assemblea</w:t>
      </w:r>
      <w:r w:rsidR="00560DD3">
        <w:rPr>
          <w:rFonts w:ascii="Times New Roman" w:hAnsi="Times New Roman" w:cs="Times New Roman"/>
          <w:bCs/>
          <w:sz w:val="24"/>
          <w:szCs w:val="24"/>
          <w:lang w:val="it-IT"/>
        </w:rPr>
        <w:t>.</w:t>
      </w:r>
    </w:p>
    <w:p w14:paraId="5DA9F647" w14:textId="77777777" w:rsidR="000700CB" w:rsidRDefault="000700CB">
      <w:pPr>
        <w:rPr>
          <w:rFonts w:ascii="Times New Roman" w:hAnsi="Times New Roman" w:cs="Times New Roman"/>
          <w:sz w:val="24"/>
          <w:szCs w:val="24"/>
        </w:rPr>
      </w:pPr>
    </w:p>
    <w:p w14:paraId="3F6DBF8F" w14:textId="13F5F44D" w:rsidR="00423743" w:rsidRDefault="00F000F0">
      <w:pPr>
        <w:rPr>
          <w:rFonts w:ascii="Times New Roman" w:hAnsi="Times New Roman" w:cs="Times New Roman"/>
          <w:sz w:val="24"/>
          <w:szCs w:val="24"/>
        </w:rPr>
      </w:pPr>
      <w:r w:rsidRPr="000700CB">
        <w:rPr>
          <w:rFonts w:ascii="Times New Roman" w:hAnsi="Times New Roman" w:cs="Times New Roman"/>
          <w:sz w:val="24"/>
          <w:szCs w:val="24"/>
        </w:rPr>
        <w:t>Il</w:t>
      </w:r>
      <w:r w:rsidR="0076035A" w:rsidRPr="000700CB">
        <w:rPr>
          <w:rFonts w:ascii="Times New Roman" w:hAnsi="Times New Roman" w:cs="Times New Roman"/>
          <w:sz w:val="24"/>
          <w:szCs w:val="24"/>
        </w:rPr>
        <w:t>/L</w:t>
      </w:r>
      <w:r w:rsidRPr="000700CB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0700CB">
        <w:rPr>
          <w:rFonts w:ascii="Times New Roman" w:hAnsi="Times New Roman" w:cs="Times New Roman"/>
          <w:sz w:val="24"/>
          <w:szCs w:val="24"/>
        </w:rPr>
        <w:t>sottoscritt</w:t>
      </w:r>
      <w:r w:rsidR="0076035A" w:rsidRPr="000700CB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76035A" w:rsidRPr="000700CB">
        <w:rPr>
          <w:rFonts w:ascii="Times New Roman" w:hAnsi="Times New Roman" w:cs="Times New Roman"/>
          <w:sz w:val="24"/>
          <w:szCs w:val="24"/>
        </w:rPr>
        <w:t>/</w:t>
      </w:r>
      <w:r w:rsidRPr="000700CB">
        <w:rPr>
          <w:rFonts w:ascii="Times New Roman" w:hAnsi="Times New Roman" w:cs="Times New Roman"/>
          <w:sz w:val="24"/>
          <w:szCs w:val="24"/>
        </w:rPr>
        <w:t>a</w:t>
      </w:r>
    </w:p>
    <w:p w14:paraId="4F54EB38" w14:textId="77777777" w:rsidR="000700CB" w:rsidRPr="000700CB" w:rsidRDefault="000700C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236"/>
      </w:tblGrid>
      <w:tr w:rsidR="00423743" w:rsidRPr="000700CB" w14:paraId="1EEA57CA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5AA517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Nome e </w:t>
            </w:r>
            <w:proofErr w:type="spellStart"/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cognome</w:t>
            </w:r>
            <w:proofErr w:type="spellEnd"/>
          </w:p>
        </w:tc>
        <w:tc>
          <w:tcPr>
            <w:tcW w:w="62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7C62E2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3743" w:rsidRPr="000700CB" w14:paraId="57A88D1F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369223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0700CB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Luogo e data di nascita</w:t>
            </w:r>
          </w:p>
        </w:tc>
        <w:tc>
          <w:tcPr>
            <w:tcW w:w="62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911392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0700CB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</w:tc>
      </w:tr>
      <w:tr w:rsidR="00423743" w:rsidRPr="000700CB" w14:paraId="31D064D4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3ACA3B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Codice</w:t>
            </w:r>
            <w:proofErr w:type="spellEnd"/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fiscale</w:t>
            </w:r>
            <w:proofErr w:type="spellEnd"/>
          </w:p>
        </w:tc>
        <w:tc>
          <w:tcPr>
            <w:tcW w:w="62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6D2FD3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3743" w:rsidRPr="000700CB" w14:paraId="7AB534BA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B8F52F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Residenza</w:t>
            </w:r>
            <w:proofErr w:type="spellEnd"/>
          </w:p>
        </w:tc>
        <w:tc>
          <w:tcPr>
            <w:tcW w:w="62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A2C03A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3743" w:rsidRPr="000700CB" w14:paraId="380BFE22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B4C49A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Qualifica</w:t>
            </w:r>
            <w:proofErr w:type="spellEnd"/>
          </w:p>
        </w:tc>
        <w:tc>
          <w:tcPr>
            <w:tcW w:w="62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E6F32D" w14:textId="14724932" w:rsidR="00423743" w:rsidRPr="00664977" w:rsidRDefault="00664977">
            <w:pPr>
              <w:rPr>
                <w:rFonts w:ascii="Times New Roman" w:hAnsi="Times New Roman" w:cs="Times New Roman"/>
                <w:sz w:val="22"/>
                <w:lang w:val="it-IT"/>
              </w:rPr>
            </w:pPr>
            <w:r w:rsidRPr="00664977">
              <w:rPr>
                <w:rFonts w:ascii="Times New Roman" w:hAnsi="Times New Roman" w:cs="Times New Roman"/>
                <w:sz w:val="22"/>
                <w:lang w:val="it-IT"/>
              </w:rPr>
              <w:t>L</w:t>
            </w:r>
            <w:r w:rsidR="00F000F0" w:rsidRPr="00664977">
              <w:rPr>
                <w:rFonts w:ascii="Times New Roman" w:hAnsi="Times New Roman" w:cs="Times New Roman"/>
                <w:sz w:val="22"/>
                <w:lang w:val="it-IT"/>
              </w:rPr>
              <w:t>egale rappresentante del soggetto culturale indicato di seguito</w:t>
            </w:r>
          </w:p>
        </w:tc>
      </w:tr>
      <w:tr w:rsidR="00423743" w:rsidRPr="000700CB" w14:paraId="3B737B48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2130B3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Telefono</w:t>
            </w:r>
            <w:proofErr w:type="spellEnd"/>
          </w:p>
        </w:tc>
        <w:tc>
          <w:tcPr>
            <w:tcW w:w="62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560E67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3743" w:rsidRPr="000700CB" w14:paraId="7D033D9C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4D485B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62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DDA4AD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3743" w:rsidRPr="000700CB" w14:paraId="657DF25D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5F95CB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PEC</w:t>
            </w:r>
          </w:p>
        </w:tc>
        <w:tc>
          <w:tcPr>
            <w:tcW w:w="62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02337B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BC7CB9A" w14:textId="340459B8" w:rsidR="00423743" w:rsidRPr="000700CB" w:rsidRDefault="000700CB" w:rsidP="000700CB">
      <w:pPr>
        <w:pStyle w:val="Titolo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000F0" w:rsidRPr="000700CB">
        <w:rPr>
          <w:rFonts w:ascii="Times New Roman" w:hAnsi="Times New Roman" w:cs="Times New Roman"/>
          <w:sz w:val="24"/>
          <w:szCs w:val="24"/>
        </w:rPr>
        <w:t xml:space="preserve">Dati del </w:t>
      </w:r>
      <w:proofErr w:type="spellStart"/>
      <w:r w:rsidR="00F000F0" w:rsidRPr="000700CB">
        <w:rPr>
          <w:rFonts w:ascii="Times New Roman" w:hAnsi="Times New Roman" w:cs="Times New Roman"/>
          <w:sz w:val="24"/>
          <w:szCs w:val="24"/>
        </w:rPr>
        <w:t>soggetto</w:t>
      </w:r>
      <w:proofErr w:type="spellEnd"/>
      <w:r w:rsidR="00F000F0" w:rsidRPr="0007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0F0" w:rsidRPr="000700CB">
        <w:rPr>
          <w:rFonts w:ascii="Times New Roman" w:hAnsi="Times New Roman" w:cs="Times New Roman"/>
          <w:sz w:val="24"/>
          <w:szCs w:val="24"/>
        </w:rPr>
        <w:t>culturale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236"/>
      </w:tblGrid>
      <w:tr w:rsidR="00423743" w:rsidRPr="000700CB" w14:paraId="61ACFE9C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DAA96A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Denominazione</w:t>
            </w:r>
            <w:proofErr w:type="spellEnd"/>
          </w:p>
        </w:tc>
        <w:tc>
          <w:tcPr>
            <w:tcW w:w="62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A21283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3743" w:rsidRPr="000700CB" w14:paraId="6055C44C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B08A67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Forma </w:t>
            </w:r>
            <w:proofErr w:type="spellStart"/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giuridica</w:t>
            </w:r>
            <w:proofErr w:type="spellEnd"/>
          </w:p>
        </w:tc>
        <w:tc>
          <w:tcPr>
            <w:tcW w:w="62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BA6231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3743" w:rsidRPr="000700CB" w14:paraId="03E7A1F0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5870EC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Anno di </w:t>
            </w:r>
            <w:proofErr w:type="spellStart"/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costituzione</w:t>
            </w:r>
            <w:proofErr w:type="spellEnd"/>
          </w:p>
        </w:tc>
        <w:tc>
          <w:tcPr>
            <w:tcW w:w="62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F0FB5B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3743" w:rsidRPr="000700CB" w14:paraId="27EB9C20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3C196D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Numero</w:t>
            </w:r>
            <w:proofErr w:type="spellEnd"/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 </w:t>
            </w:r>
            <w:proofErr w:type="spellStart"/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aderenti</w:t>
            </w:r>
            <w:proofErr w:type="spellEnd"/>
          </w:p>
        </w:tc>
        <w:tc>
          <w:tcPr>
            <w:tcW w:w="62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A84F00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3743" w:rsidRPr="000700CB" w14:paraId="6DD3DD29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D14B66" w14:textId="0CF16976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Codice</w:t>
            </w:r>
            <w:proofErr w:type="spellEnd"/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6035A"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fiscale</w:t>
            </w:r>
            <w:proofErr w:type="spellEnd"/>
            <w:r w:rsidR="0076035A"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e/o Partita IVA</w:t>
            </w:r>
          </w:p>
        </w:tc>
        <w:tc>
          <w:tcPr>
            <w:tcW w:w="62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463E61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3743" w:rsidRPr="000700CB" w14:paraId="3252DA37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002A1D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Sede</w:t>
            </w:r>
            <w:proofErr w:type="spellEnd"/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legale</w:t>
            </w:r>
            <w:proofErr w:type="spellEnd"/>
          </w:p>
        </w:tc>
        <w:tc>
          <w:tcPr>
            <w:tcW w:w="62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5C987E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3743" w:rsidRPr="000700CB" w14:paraId="687770ED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8A2B8D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0700CB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Sede operativa a Foggia se diversa</w:t>
            </w:r>
          </w:p>
        </w:tc>
        <w:tc>
          <w:tcPr>
            <w:tcW w:w="62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B58335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0700CB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</w:tc>
      </w:tr>
      <w:tr w:rsidR="00423743" w:rsidRPr="000700CB" w14:paraId="2BF2EE38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342AC9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Telefono</w:t>
            </w:r>
            <w:proofErr w:type="spellEnd"/>
          </w:p>
        </w:tc>
        <w:tc>
          <w:tcPr>
            <w:tcW w:w="62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5A3011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3743" w:rsidRPr="000700CB" w14:paraId="27B3BB2C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A99F5B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62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5324B4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3743" w:rsidRPr="000700CB" w14:paraId="732218D2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206027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PEC</w:t>
            </w:r>
          </w:p>
        </w:tc>
        <w:tc>
          <w:tcPr>
            <w:tcW w:w="62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15887E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3743" w:rsidRPr="000700CB" w14:paraId="1D24788C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1F2254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0700CB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Sito web o pagina social se presenti</w:t>
            </w:r>
          </w:p>
        </w:tc>
        <w:tc>
          <w:tcPr>
            <w:tcW w:w="62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74DBE4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0700CB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</w:tc>
      </w:tr>
    </w:tbl>
    <w:p w14:paraId="34E40207" w14:textId="77777777" w:rsidR="008C6FEE" w:rsidRDefault="008C6FEE">
      <w:pPr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C9500B7" w14:textId="30AB40DC" w:rsidR="00423743" w:rsidRDefault="00F000F0">
      <w:pPr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0700CB">
        <w:rPr>
          <w:rFonts w:ascii="Times New Roman" w:hAnsi="Times New Roman" w:cs="Times New Roman"/>
          <w:b/>
          <w:sz w:val="24"/>
          <w:szCs w:val="24"/>
          <w:lang w:val="it-IT"/>
        </w:rPr>
        <w:t>CHIEDE</w:t>
      </w:r>
    </w:p>
    <w:p w14:paraId="51FD14B6" w14:textId="77777777" w:rsidR="00C01D38" w:rsidRPr="000700CB" w:rsidRDefault="00C01D38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0B494C8B" w14:textId="77777777" w:rsidR="00423743" w:rsidRPr="000700CB" w:rsidRDefault="00F000F0" w:rsidP="0076035A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0700CB">
        <w:rPr>
          <w:rFonts w:ascii="Times New Roman" w:hAnsi="Times New Roman" w:cs="Times New Roman"/>
          <w:sz w:val="24"/>
          <w:szCs w:val="24"/>
          <w:lang w:val="it-IT"/>
        </w:rPr>
        <w:t>l’adesione del soggetto culturale sopra indicato alla Consulta comunale della Cultura della città di Foggia e la partecipazione alla relativa Assemblea.</w:t>
      </w:r>
    </w:p>
    <w:p w14:paraId="160A1EBB" w14:textId="77777777" w:rsidR="00423743" w:rsidRPr="000700CB" w:rsidRDefault="00F000F0" w:rsidP="0076035A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0700CB">
        <w:rPr>
          <w:rFonts w:ascii="Times New Roman" w:hAnsi="Times New Roman" w:cs="Times New Roman"/>
          <w:sz w:val="24"/>
          <w:szCs w:val="24"/>
          <w:lang w:val="it-IT"/>
        </w:rPr>
        <w:t>A tal fine, consapevole delle responsabilità e delle sanzioni previste dalla legge in caso di dichiarazioni false o mendaci, dichiara:</w:t>
      </w:r>
    </w:p>
    <w:p w14:paraId="1D49A22F" w14:textId="77777777" w:rsidR="00423743" w:rsidRPr="000700CB" w:rsidRDefault="00F000F0">
      <w:pPr>
        <w:spacing w:after="60"/>
        <w:ind w:left="198" w:hanging="198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0700CB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 che</w:t>
      </w:r>
      <w:proofErr w:type="gramEnd"/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il soggetto è formalmente costituito;</w:t>
      </w:r>
    </w:p>
    <w:p w14:paraId="2CDFAC08" w14:textId="77777777" w:rsidR="00423743" w:rsidRPr="000700CB" w:rsidRDefault="00F000F0">
      <w:pPr>
        <w:spacing w:after="60"/>
        <w:ind w:left="198" w:hanging="198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0700CB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 che</w:t>
      </w:r>
      <w:proofErr w:type="gramEnd"/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dall’atto costitutivo o dallo statuto risultano finalità culturali e di pubblico interesse;</w:t>
      </w:r>
    </w:p>
    <w:p w14:paraId="1BD78946" w14:textId="77777777" w:rsidR="00423743" w:rsidRPr="000700CB" w:rsidRDefault="00F000F0">
      <w:pPr>
        <w:spacing w:after="60"/>
        <w:ind w:left="198" w:hanging="198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0700CB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 che</w:t>
      </w:r>
      <w:proofErr w:type="gramEnd"/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i dati riportati nella presente domanda e negli allegati sono veritieri e aggiornati;</w:t>
      </w:r>
    </w:p>
    <w:p w14:paraId="36B9F827" w14:textId="77777777" w:rsidR="00423743" w:rsidRPr="000700CB" w:rsidRDefault="00F000F0">
      <w:pPr>
        <w:spacing w:after="60"/>
        <w:ind w:left="198" w:hanging="198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0700CB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 di</w:t>
      </w:r>
      <w:proofErr w:type="gramEnd"/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conoscere e accettare integralmente il Regolamento della Consulta comunale della Cultura;</w:t>
      </w:r>
    </w:p>
    <w:p w14:paraId="1771D313" w14:textId="77777777" w:rsidR="00423743" w:rsidRPr="000700CB" w:rsidRDefault="00F000F0" w:rsidP="0076035A">
      <w:pPr>
        <w:spacing w:after="60"/>
        <w:ind w:left="198" w:hanging="198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0700CB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 di</w:t>
      </w:r>
      <w:proofErr w:type="gramEnd"/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essere informato che la partecipazione agli organi della Consulta è gratuita e non dà diritto a compensi, indennità o rimborsi spese;</w:t>
      </w:r>
    </w:p>
    <w:p w14:paraId="04BB50C1" w14:textId="77777777" w:rsidR="00423743" w:rsidRPr="000700CB" w:rsidRDefault="00F000F0" w:rsidP="0076035A">
      <w:pPr>
        <w:spacing w:after="60"/>
        <w:ind w:left="198" w:hanging="198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0700CB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 di</w:t>
      </w:r>
      <w:proofErr w:type="gramEnd"/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impegnarsi a comunicare tempestivamente ogni variazione dei dati e dei rappresentanti indicati.</w:t>
      </w:r>
    </w:p>
    <w:p w14:paraId="2115AF37" w14:textId="77777777" w:rsidR="00423743" w:rsidRPr="000700CB" w:rsidRDefault="00F000F0">
      <w:pPr>
        <w:pStyle w:val="Titolo1"/>
        <w:rPr>
          <w:rFonts w:ascii="Times New Roman" w:hAnsi="Times New Roman" w:cs="Times New Roman"/>
          <w:sz w:val="24"/>
          <w:szCs w:val="24"/>
          <w:lang w:val="it-IT"/>
        </w:rPr>
      </w:pPr>
      <w:r w:rsidRPr="000700CB">
        <w:rPr>
          <w:rFonts w:ascii="Times New Roman" w:hAnsi="Times New Roman" w:cs="Times New Roman"/>
          <w:sz w:val="24"/>
          <w:szCs w:val="24"/>
          <w:lang w:val="it-IT"/>
        </w:rPr>
        <w:t>Rappresentante designato nell’Assemblea</w:t>
      </w:r>
    </w:p>
    <w:p w14:paraId="57EFA62C" w14:textId="77777777" w:rsidR="00423743" w:rsidRPr="000700CB" w:rsidRDefault="00F000F0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0700CB">
        <w:rPr>
          <w:rFonts w:ascii="Times New Roman" w:hAnsi="Times New Roman" w:cs="Times New Roman"/>
          <w:sz w:val="24"/>
          <w:szCs w:val="24"/>
          <w:lang w:val="it-IT"/>
        </w:rPr>
        <w:t>Compilare questa sezione se il rappresentante designato è diverso dal legale rappresentante.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236"/>
      </w:tblGrid>
      <w:tr w:rsidR="00423743" w:rsidRPr="000700CB" w14:paraId="21EA3522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C6D3FB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Nome e </w:t>
            </w:r>
            <w:proofErr w:type="spellStart"/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cognome</w:t>
            </w:r>
            <w:proofErr w:type="spellEnd"/>
          </w:p>
        </w:tc>
        <w:tc>
          <w:tcPr>
            <w:tcW w:w="62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BF108A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3743" w:rsidRPr="000700CB" w14:paraId="4518CD2D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051944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0700CB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Luogo e data di nascita</w:t>
            </w:r>
          </w:p>
        </w:tc>
        <w:tc>
          <w:tcPr>
            <w:tcW w:w="62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A71D39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0700CB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</w:tc>
      </w:tr>
      <w:tr w:rsidR="00423743" w:rsidRPr="000700CB" w14:paraId="72DBE7BD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841D66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Codice</w:t>
            </w:r>
            <w:proofErr w:type="spellEnd"/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fiscale</w:t>
            </w:r>
            <w:proofErr w:type="spellEnd"/>
          </w:p>
        </w:tc>
        <w:tc>
          <w:tcPr>
            <w:tcW w:w="62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68BB07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3743" w:rsidRPr="000700CB" w14:paraId="72FE9823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562296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Indirizzo</w:t>
            </w:r>
            <w:proofErr w:type="spellEnd"/>
          </w:p>
        </w:tc>
        <w:tc>
          <w:tcPr>
            <w:tcW w:w="62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79C81A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3743" w:rsidRPr="000700CB" w14:paraId="37A6D5FE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1F58F3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Telefono</w:t>
            </w:r>
            <w:proofErr w:type="spellEnd"/>
          </w:p>
        </w:tc>
        <w:tc>
          <w:tcPr>
            <w:tcW w:w="62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A41AD9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3743" w:rsidRPr="000700CB" w14:paraId="3763ED5B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6C3EFA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62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B8BE28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85D550F" w14:textId="77777777" w:rsidR="00423743" w:rsidRPr="000700CB" w:rsidRDefault="00423743">
      <w:pPr>
        <w:rPr>
          <w:rFonts w:ascii="Times New Roman" w:hAnsi="Times New Roman" w:cs="Times New Roman"/>
          <w:sz w:val="24"/>
          <w:szCs w:val="24"/>
        </w:rPr>
      </w:pPr>
    </w:p>
    <w:p w14:paraId="4F94DC3E" w14:textId="77777777" w:rsidR="00423743" w:rsidRPr="000700CB" w:rsidRDefault="00F000F0">
      <w:pPr>
        <w:pStyle w:val="Titolo1"/>
        <w:rPr>
          <w:rFonts w:ascii="Times New Roman" w:hAnsi="Times New Roman" w:cs="Times New Roman"/>
          <w:sz w:val="24"/>
          <w:szCs w:val="24"/>
        </w:rPr>
      </w:pPr>
      <w:proofErr w:type="spellStart"/>
      <w:r w:rsidRPr="000700CB">
        <w:rPr>
          <w:rFonts w:ascii="Times New Roman" w:hAnsi="Times New Roman" w:cs="Times New Roman"/>
          <w:sz w:val="24"/>
          <w:szCs w:val="24"/>
        </w:rPr>
        <w:t>Gruppi</w:t>
      </w:r>
      <w:proofErr w:type="spellEnd"/>
      <w:r w:rsidRPr="000700C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700CB">
        <w:rPr>
          <w:rFonts w:ascii="Times New Roman" w:hAnsi="Times New Roman" w:cs="Times New Roman"/>
          <w:sz w:val="24"/>
          <w:szCs w:val="24"/>
        </w:rPr>
        <w:t>lavoro</w:t>
      </w:r>
      <w:proofErr w:type="spellEnd"/>
    </w:p>
    <w:p w14:paraId="1CD20E6B" w14:textId="77777777" w:rsidR="00423743" w:rsidRPr="000700CB" w:rsidRDefault="00F000F0" w:rsidP="0076035A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0700CB">
        <w:rPr>
          <w:rFonts w:ascii="Times New Roman" w:hAnsi="Times New Roman" w:cs="Times New Roman"/>
          <w:sz w:val="24"/>
          <w:szCs w:val="24"/>
          <w:lang w:val="it-IT"/>
        </w:rPr>
        <w:t>Il soggetto intende partecipare ai seguenti Gruppi di lavoro. È possibile selezionare una o più opzioni.</w:t>
      </w:r>
    </w:p>
    <w:p w14:paraId="417FD4D2" w14:textId="77777777" w:rsidR="00423743" w:rsidRPr="000700CB" w:rsidRDefault="00F000F0">
      <w:pPr>
        <w:spacing w:after="60"/>
        <w:ind w:left="198" w:hanging="198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0700CB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 Teatro</w:t>
      </w:r>
      <w:proofErr w:type="gramEnd"/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e Spettacolo dal vivo</w:t>
      </w:r>
    </w:p>
    <w:p w14:paraId="60144DBC" w14:textId="77777777" w:rsidR="00423743" w:rsidRPr="000700CB" w:rsidRDefault="00F000F0">
      <w:pPr>
        <w:spacing w:after="60"/>
        <w:ind w:left="198" w:hanging="198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0700CB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 Musica</w:t>
      </w:r>
      <w:proofErr w:type="gramEnd"/>
    </w:p>
    <w:p w14:paraId="05F71026" w14:textId="77777777" w:rsidR="00423743" w:rsidRPr="000700CB" w:rsidRDefault="00F000F0">
      <w:pPr>
        <w:spacing w:after="60"/>
        <w:ind w:left="198" w:hanging="198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0700CB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 Arti</w:t>
      </w:r>
      <w:proofErr w:type="gramEnd"/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figurative, arti visive ed espressive</w:t>
      </w:r>
    </w:p>
    <w:p w14:paraId="72333607" w14:textId="77777777" w:rsidR="00423743" w:rsidRPr="000700CB" w:rsidRDefault="00F000F0">
      <w:pPr>
        <w:spacing w:after="60"/>
        <w:ind w:left="198" w:hanging="198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0700CB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 Letteratura</w:t>
      </w:r>
      <w:proofErr w:type="gramEnd"/>
      <w:r w:rsidRPr="000700CB">
        <w:rPr>
          <w:rFonts w:ascii="Times New Roman" w:hAnsi="Times New Roman" w:cs="Times New Roman"/>
          <w:sz w:val="24"/>
          <w:szCs w:val="24"/>
          <w:lang w:val="it-IT"/>
        </w:rPr>
        <w:t>, storia e tradizioni popolari</w:t>
      </w:r>
    </w:p>
    <w:p w14:paraId="31AC9B89" w14:textId="77777777" w:rsidR="00423743" w:rsidRPr="000700CB" w:rsidRDefault="00F000F0">
      <w:pPr>
        <w:spacing w:after="60"/>
        <w:ind w:left="198" w:hanging="198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0700CB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 Beni</w:t>
      </w:r>
      <w:proofErr w:type="gramEnd"/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archeologici, ambientali, paesaggistici, monumentali e musei</w:t>
      </w:r>
    </w:p>
    <w:p w14:paraId="45D7AD50" w14:textId="77777777" w:rsidR="00423743" w:rsidRDefault="00F000F0">
      <w:pPr>
        <w:spacing w:after="60"/>
        <w:ind w:left="198" w:hanging="198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0700CB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 Maestranze</w:t>
      </w:r>
      <w:proofErr w:type="gramEnd"/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e tecnici culturali</w:t>
      </w:r>
    </w:p>
    <w:p w14:paraId="5513598B" w14:textId="625F0655" w:rsidR="009C22C7" w:rsidRDefault="009C22C7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br w:type="page"/>
      </w:r>
    </w:p>
    <w:p w14:paraId="7282C6BD" w14:textId="77777777" w:rsidR="009C22C7" w:rsidRPr="000700CB" w:rsidRDefault="009C22C7">
      <w:pPr>
        <w:spacing w:after="60"/>
        <w:ind w:left="198" w:hanging="198"/>
        <w:rPr>
          <w:rFonts w:ascii="Times New Roman" w:hAnsi="Times New Roman" w:cs="Times New Roman"/>
          <w:sz w:val="24"/>
          <w:szCs w:val="24"/>
          <w:lang w:val="it-IT"/>
        </w:rPr>
      </w:pPr>
    </w:p>
    <w:p w14:paraId="7E20A808" w14:textId="77777777" w:rsidR="00423743" w:rsidRPr="000700CB" w:rsidRDefault="00F000F0">
      <w:pPr>
        <w:pStyle w:val="Titolo1"/>
        <w:rPr>
          <w:rFonts w:ascii="Times New Roman" w:hAnsi="Times New Roman" w:cs="Times New Roman"/>
          <w:sz w:val="24"/>
          <w:szCs w:val="24"/>
          <w:lang w:val="it-IT"/>
        </w:rPr>
      </w:pPr>
      <w:r w:rsidRPr="000700CB">
        <w:rPr>
          <w:rFonts w:ascii="Times New Roman" w:hAnsi="Times New Roman" w:cs="Times New Roman"/>
          <w:sz w:val="24"/>
          <w:szCs w:val="24"/>
          <w:lang w:val="it-IT"/>
        </w:rPr>
        <w:t>Allegati</w:t>
      </w:r>
    </w:p>
    <w:p w14:paraId="45DB302B" w14:textId="7F6EB8E2" w:rsidR="00423743" w:rsidRPr="000700CB" w:rsidRDefault="00F000F0">
      <w:pPr>
        <w:spacing w:after="60"/>
        <w:ind w:left="198" w:hanging="198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0700CB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 atto</w:t>
      </w:r>
      <w:proofErr w:type="gramEnd"/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costitutivo o statuto con finalità culturali e di pubblico interesse, anno di costituzione e numero degli aderenti;</w:t>
      </w:r>
    </w:p>
    <w:p w14:paraId="04D3C5CE" w14:textId="4772A72D" w:rsidR="00423743" w:rsidRPr="000700CB" w:rsidRDefault="00F000F0">
      <w:pPr>
        <w:spacing w:after="60"/>
        <w:ind w:left="198" w:hanging="198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0700CB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 relazione</w:t>
      </w:r>
      <w:proofErr w:type="gramEnd"/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sulle attività svolte negli ultimi </w:t>
      </w:r>
      <w:r w:rsidR="00732124"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5 </w:t>
      </w:r>
      <w:r w:rsidRPr="000700CB">
        <w:rPr>
          <w:rFonts w:ascii="Times New Roman" w:hAnsi="Times New Roman" w:cs="Times New Roman"/>
          <w:sz w:val="24"/>
          <w:szCs w:val="24"/>
          <w:lang w:val="it-IT"/>
        </w:rPr>
        <w:t>anni e sulle esperienze maturate nel settore;</w:t>
      </w:r>
    </w:p>
    <w:p w14:paraId="4B581DB1" w14:textId="77777777" w:rsidR="00423743" w:rsidRPr="000700CB" w:rsidRDefault="00F000F0">
      <w:pPr>
        <w:spacing w:after="60"/>
        <w:ind w:left="198" w:hanging="198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0700CB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 copia</w:t>
      </w:r>
      <w:proofErr w:type="gramEnd"/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del documento di identità del sottoscrittore, se la domanda non è firmata digitalmente;</w:t>
      </w:r>
    </w:p>
    <w:p w14:paraId="0E77EF70" w14:textId="77777777" w:rsidR="00423743" w:rsidRPr="000700CB" w:rsidRDefault="00F000F0">
      <w:pPr>
        <w:spacing w:after="60"/>
        <w:ind w:left="198" w:hanging="198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0700CB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 eventuale</w:t>
      </w:r>
      <w:proofErr w:type="gramEnd"/>
      <w:r w:rsidRPr="000700CB">
        <w:rPr>
          <w:rFonts w:ascii="Times New Roman" w:hAnsi="Times New Roman" w:cs="Times New Roman"/>
          <w:sz w:val="24"/>
          <w:szCs w:val="24"/>
          <w:lang w:val="it-IT"/>
        </w:rPr>
        <w:t xml:space="preserve"> ulteriore documentazione utile: ______________________________.</w:t>
      </w:r>
    </w:p>
    <w:p w14:paraId="2A2950E3" w14:textId="77777777" w:rsidR="00423743" w:rsidRPr="000700CB" w:rsidRDefault="00F000F0">
      <w:pPr>
        <w:pStyle w:val="Titolo1"/>
        <w:rPr>
          <w:rFonts w:ascii="Times New Roman" w:hAnsi="Times New Roman" w:cs="Times New Roman"/>
          <w:sz w:val="24"/>
          <w:szCs w:val="24"/>
          <w:lang w:val="it-IT"/>
        </w:rPr>
      </w:pPr>
      <w:r w:rsidRPr="000700CB">
        <w:rPr>
          <w:rFonts w:ascii="Times New Roman" w:hAnsi="Times New Roman" w:cs="Times New Roman"/>
          <w:sz w:val="24"/>
          <w:szCs w:val="24"/>
          <w:lang w:val="it-IT"/>
        </w:rPr>
        <w:t>Recapito per le comunicazioni</w:t>
      </w:r>
    </w:p>
    <w:p w14:paraId="0E10ECF5" w14:textId="77777777" w:rsidR="00423743" w:rsidRPr="000700CB" w:rsidRDefault="00F000F0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0700CB">
        <w:rPr>
          <w:rFonts w:ascii="Times New Roman" w:hAnsi="Times New Roman" w:cs="Times New Roman"/>
          <w:sz w:val="24"/>
          <w:szCs w:val="24"/>
          <w:lang w:val="it-IT"/>
        </w:rPr>
        <w:t>Le comunicazioni relative alla domanda e alla Consulta devono essere inviate al seguente indirizzo: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36"/>
        <w:gridCol w:w="4836"/>
      </w:tblGrid>
      <w:tr w:rsidR="00423743" w:rsidRPr="000700CB" w14:paraId="2D9B2F7A" w14:textId="77777777" w:rsidTr="00FF2C0E">
        <w:trPr>
          <w:cantSplit/>
          <w:jc w:val="center"/>
        </w:trPr>
        <w:tc>
          <w:tcPr>
            <w:tcW w:w="48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5F3A56" w14:textId="32028915" w:rsidR="00423743" w:rsidRPr="000700CB" w:rsidRDefault="00FF2C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700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Telefono</w:t>
            </w:r>
            <w:proofErr w:type="spellEnd"/>
            <w:r w:rsidRPr="000700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0700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cellulare</w:t>
            </w:r>
            <w:proofErr w:type="spellEnd"/>
          </w:p>
        </w:tc>
        <w:tc>
          <w:tcPr>
            <w:tcW w:w="48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4DCC15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F2C0E" w:rsidRPr="000700CB" w14:paraId="7D0D457E" w14:textId="77777777" w:rsidTr="00FF2C0E">
        <w:trPr>
          <w:cantSplit/>
          <w:jc w:val="center"/>
        </w:trPr>
        <w:tc>
          <w:tcPr>
            <w:tcW w:w="48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FCDCA6" w14:textId="029C879F" w:rsidR="00FF2C0E" w:rsidRPr="000700CB" w:rsidRDefault="00FF2C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48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A996DB" w14:textId="77777777" w:rsidR="00FF2C0E" w:rsidRPr="000700CB" w:rsidRDefault="00FF2C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743" w:rsidRPr="000700CB" w14:paraId="1C2A2B16" w14:textId="77777777" w:rsidTr="00FF2C0E">
        <w:trPr>
          <w:cantSplit/>
          <w:jc w:val="center"/>
        </w:trPr>
        <w:tc>
          <w:tcPr>
            <w:tcW w:w="48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7919BD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b/>
                <w:sz w:val="24"/>
                <w:szCs w:val="24"/>
              </w:rPr>
              <w:t>PEC</w:t>
            </w:r>
          </w:p>
        </w:tc>
        <w:tc>
          <w:tcPr>
            <w:tcW w:w="4836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DD26E7" w14:textId="77777777" w:rsidR="00423743" w:rsidRPr="000700CB" w:rsidRDefault="00F00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8C3A332" w14:textId="77777777" w:rsidR="00423743" w:rsidRPr="000700CB" w:rsidRDefault="00F000F0">
      <w:pPr>
        <w:pStyle w:val="Titolo1"/>
        <w:rPr>
          <w:rFonts w:ascii="Times New Roman" w:hAnsi="Times New Roman" w:cs="Times New Roman"/>
          <w:sz w:val="24"/>
          <w:szCs w:val="24"/>
        </w:rPr>
      </w:pPr>
      <w:proofErr w:type="spellStart"/>
      <w:r w:rsidRPr="000700CB">
        <w:rPr>
          <w:rFonts w:ascii="Times New Roman" w:hAnsi="Times New Roman" w:cs="Times New Roman"/>
          <w:sz w:val="24"/>
          <w:szCs w:val="24"/>
        </w:rPr>
        <w:t>Trattamento</w:t>
      </w:r>
      <w:proofErr w:type="spellEnd"/>
      <w:r w:rsidRPr="0007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00CB">
        <w:rPr>
          <w:rFonts w:ascii="Times New Roman" w:hAnsi="Times New Roman" w:cs="Times New Roman"/>
          <w:sz w:val="24"/>
          <w:szCs w:val="24"/>
        </w:rPr>
        <w:t>dei</w:t>
      </w:r>
      <w:proofErr w:type="spellEnd"/>
      <w:r w:rsidRPr="0007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00CB">
        <w:rPr>
          <w:rFonts w:ascii="Times New Roman" w:hAnsi="Times New Roman" w:cs="Times New Roman"/>
          <w:sz w:val="24"/>
          <w:szCs w:val="24"/>
        </w:rPr>
        <w:t>dati</w:t>
      </w:r>
      <w:proofErr w:type="spellEnd"/>
      <w:r w:rsidRPr="000700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00CB">
        <w:rPr>
          <w:rFonts w:ascii="Times New Roman" w:hAnsi="Times New Roman" w:cs="Times New Roman"/>
          <w:sz w:val="24"/>
          <w:szCs w:val="24"/>
        </w:rPr>
        <w:t>personali</w:t>
      </w:r>
      <w:proofErr w:type="spellEnd"/>
    </w:p>
    <w:p w14:paraId="24586220" w14:textId="46752344" w:rsidR="00423743" w:rsidRPr="000700CB" w:rsidRDefault="00F000F0" w:rsidP="00732124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0700CB">
        <w:rPr>
          <w:rFonts w:ascii="Times New Roman" w:hAnsi="Times New Roman" w:cs="Times New Roman"/>
          <w:sz w:val="24"/>
          <w:szCs w:val="24"/>
          <w:lang w:val="it-IT"/>
        </w:rPr>
        <w:t>Il</w:t>
      </w:r>
      <w:r w:rsidR="00732124" w:rsidRPr="000700CB">
        <w:rPr>
          <w:rFonts w:ascii="Times New Roman" w:hAnsi="Times New Roman" w:cs="Times New Roman"/>
          <w:sz w:val="24"/>
          <w:szCs w:val="24"/>
          <w:lang w:val="it-IT"/>
        </w:rPr>
        <w:t>/L</w:t>
      </w:r>
      <w:r w:rsidRPr="000700CB">
        <w:rPr>
          <w:rFonts w:ascii="Times New Roman" w:hAnsi="Times New Roman" w:cs="Times New Roman"/>
          <w:sz w:val="24"/>
          <w:szCs w:val="24"/>
          <w:lang w:val="it-IT"/>
        </w:rPr>
        <w:t>a sottoscritta dichiara di aver preso visione dell’informativa sul trattamento dei dati personali richiamata nell’articolo 9 dell’avviso e pubblicata sul sito istituzionale del Comune di Foggia.</w:t>
      </w:r>
    </w:p>
    <w:p w14:paraId="6DB91880" w14:textId="77777777" w:rsidR="00423743" w:rsidRPr="000700CB" w:rsidRDefault="00F000F0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0700CB">
        <w:rPr>
          <w:rFonts w:ascii="Times New Roman" w:hAnsi="Times New Roman" w:cs="Times New Roman"/>
          <w:sz w:val="24"/>
          <w:szCs w:val="24"/>
          <w:lang w:val="it-IT"/>
        </w:rPr>
        <w:br/>
        <w:t>Luogo e data ______________________________</w:t>
      </w:r>
    </w:p>
    <w:p w14:paraId="70EDCD26" w14:textId="77777777" w:rsidR="00423743" w:rsidRPr="000700CB" w:rsidRDefault="00F000F0">
      <w:pPr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 w:rsidRPr="000700CB">
        <w:rPr>
          <w:rFonts w:ascii="Times New Roman" w:hAnsi="Times New Roman" w:cs="Times New Roman"/>
          <w:sz w:val="24"/>
          <w:szCs w:val="24"/>
          <w:lang w:val="it-IT"/>
        </w:rPr>
        <w:br/>
        <w:t>Firma del legale rappresentante ______________________________</w:t>
      </w:r>
    </w:p>
    <w:sectPr w:rsidR="00423743" w:rsidRPr="000700CB" w:rsidSect="00034616">
      <w:footerReference w:type="default" r:id="rId9"/>
      <w:pgSz w:w="12240" w:h="15840"/>
      <w:pgMar w:top="1020" w:right="1276" w:bottom="964" w:left="1276" w:header="39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0CBA5" w14:textId="77777777" w:rsidR="00D66D2E" w:rsidRDefault="00D66D2E">
      <w:r>
        <w:separator/>
      </w:r>
    </w:p>
  </w:endnote>
  <w:endnote w:type="continuationSeparator" w:id="0">
    <w:p w14:paraId="6B3B6D03" w14:textId="77777777" w:rsidR="00D66D2E" w:rsidRDefault="00D66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8D12A" w14:textId="2C2365B8" w:rsidR="00423743" w:rsidRDefault="00423743">
    <w:pPr>
      <w:pStyle w:val="Smallnot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A275D" w14:textId="77777777" w:rsidR="00D66D2E" w:rsidRDefault="00D66D2E">
      <w:r>
        <w:separator/>
      </w:r>
    </w:p>
  </w:footnote>
  <w:footnote w:type="continuationSeparator" w:id="0">
    <w:p w14:paraId="17F7EA1C" w14:textId="77777777" w:rsidR="00D66D2E" w:rsidRDefault="00D66D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E9DADF7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C14DB1"/>
    <w:multiLevelType w:val="hybridMultilevel"/>
    <w:tmpl w:val="829CFE4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BB17EA"/>
    <w:multiLevelType w:val="hybridMultilevel"/>
    <w:tmpl w:val="4C1A040A"/>
    <w:lvl w:ilvl="0" w:tplc="046CDF38">
      <w:start w:val="4"/>
      <w:numFmt w:val="bullet"/>
      <w:lvlText w:val="-"/>
      <w:lvlJc w:val="left"/>
      <w:pPr>
        <w:ind w:left="360" w:hanging="360"/>
      </w:pPr>
      <w:rPr>
        <w:rFonts w:ascii="Cambria" w:eastAsia="Calibri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321493"/>
    <w:multiLevelType w:val="hybridMultilevel"/>
    <w:tmpl w:val="168AEDB6"/>
    <w:lvl w:ilvl="0" w:tplc="046CDF38">
      <w:start w:val="4"/>
      <w:numFmt w:val="bullet"/>
      <w:lvlText w:val="-"/>
      <w:lvlJc w:val="left"/>
      <w:pPr>
        <w:ind w:left="360" w:hanging="360"/>
      </w:pPr>
      <w:rPr>
        <w:rFonts w:ascii="Cambria" w:eastAsia="Calibri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CC601D1"/>
    <w:multiLevelType w:val="hybridMultilevel"/>
    <w:tmpl w:val="9E50C8EE"/>
    <w:lvl w:ilvl="0" w:tplc="046CDF38">
      <w:start w:val="4"/>
      <w:numFmt w:val="bullet"/>
      <w:lvlText w:val="-"/>
      <w:lvlJc w:val="left"/>
      <w:pPr>
        <w:ind w:left="360" w:hanging="360"/>
      </w:pPr>
      <w:rPr>
        <w:rFonts w:ascii="Cambria" w:eastAsia="Calibri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14B278F"/>
    <w:multiLevelType w:val="hybridMultilevel"/>
    <w:tmpl w:val="91BE8B58"/>
    <w:lvl w:ilvl="0" w:tplc="046CDF38">
      <w:start w:val="4"/>
      <w:numFmt w:val="bullet"/>
      <w:lvlText w:val="-"/>
      <w:lvlJc w:val="left"/>
      <w:pPr>
        <w:ind w:left="360" w:hanging="360"/>
      </w:pPr>
      <w:rPr>
        <w:rFonts w:ascii="Cambria" w:eastAsia="Calibri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1674909">
    <w:abstractNumId w:val="8"/>
  </w:num>
  <w:num w:numId="2" w16cid:durableId="565187569">
    <w:abstractNumId w:val="6"/>
  </w:num>
  <w:num w:numId="3" w16cid:durableId="736785113">
    <w:abstractNumId w:val="5"/>
  </w:num>
  <w:num w:numId="4" w16cid:durableId="1345671213">
    <w:abstractNumId w:val="4"/>
  </w:num>
  <w:num w:numId="5" w16cid:durableId="1011951501">
    <w:abstractNumId w:val="7"/>
  </w:num>
  <w:num w:numId="6" w16cid:durableId="2016227483">
    <w:abstractNumId w:val="3"/>
  </w:num>
  <w:num w:numId="7" w16cid:durableId="1753551569">
    <w:abstractNumId w:val="2"/>
  </w:num>
  <w:num w:numId="8" w16cid:durableId="1663922240">
    <w:abstractNumId w:val="1"/>
  </w:num>
  <w:num w:numId="9" w16cid:durableId="1748454839">
    <w:abstractNumId w:val="0"/>
  </w:num>
  <w:num w:numId="10" w16cid:durableId="1272082333">
    <w:abstractNumId w:val="11"/>
  </w:num>
  <w:num w:numId="11" w16cid:durableId="809981420">
    <w:abstractNumId w:val="9"/>
  </w:num>
  <w:num w:numId="12" w16cid:durableId="1019963832">
    <w:abstractNumId w:val="13"/>
  </w:num>
  <w:num w:numId="13" w16cid:durableId="1213232191">
    <w:abstractNumId w:val="10"/>
  </w:num>
  <w:num w:numId="14" w16cid:durableId="14583773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608"/>
    <w:rsid w:val="0006063C"/>
    <w:rsid w:val="000700CB"/>
    <w:rsid w:val="00081AEE"/>
    <w:rsid w:val="000D7792"/>
    <w:rsid w:val="0015074B"/>
    <w:rsid w:val="001922F8"/>
    <w:rsid w:val="001971D3"/>
    <w:rsid w:val="001E0629"/>
    <w:rsid w:val="001E0DE6"/>
    <w:rsid w:val="0029639D"/>
    <w:rsid w:val="002D1358"/>
    <w:rsid w:val="00326F90"/>
    <w:rsid w:val="00362BAC"/>
    <w:rsid w:val="0038589B"/>
    <w:rsid w:val="003868E0"/>
    <w:rsid w:val="00423743"/>
    <w:rsid w:val="00433E5E"/>
    <w:rsid w:val="004A09D7"/>
    <w:rsid w:val="004C6375"/>
    <w:rsid w:val="004D5D84"/>
    <w:rsid w:val="004E78FD"/>
    <w:rsid w:val="00560DD3"/>
    <w:rsid w:val="00574326"/>
    <w:rsid w:val="005A2399"/>
    <w:rsid w:val="006000FD"/>
    <w:rsid w:val="0064298D"/>
    <w:rsid w:val="00664977"/>
    <w:rsid w:val="00696C22"/>
    <w:rsid w:val="006A660D"/>
    <w:rsid w:val="006B52D4"/>
    <w:rsid w:val="006E11AD"/>
    <w:rsid w:val="00732124"/>
    <w:rsid w:val="00755081"/>
    <w:rsid w:val="0076035A"/>
    <w:rsid w:val="0077151E"/>
    <w:rsid w:val="007A592D"/>
    <w:rsid w:val="008338EE"/>
    <w:rsid w:val="008C1B8E"/>
    <w:rsid w:val="008C6FEE"/>
    <w:rsid w:val="008E28AD"/>
    <w:rsid w:val="008F32B0"/>
    <w:rsid w:val="009323E7"/>
    <w:rsid w:val="00977D58"/>
    <w:rsid w:val="00977F70"/>
    <w:rsid w:val="009C22C7"/>
    <w:rsid w:val="00AA1D8D"/>
    <w:rsid w:val="00AB69C2"/>
    <w:rsid w:val="00AC488E"/>
    <w:rsid w:val="00B45533"/>
    <w:rsid w:val="00B47730"/>
    <w:rsid w:val="00B478C2"/>
    <w:rsid w:val="00C01D38"/>
    <w:rsid w:val="00C50F7A"/>
    <w:rsid w:val="00CB0664"/>
    <w:rsid w:val="00CB0E44"/>
    <w:rsid w:val="00CB27C3"/>
    <w:rsid w:val="00CC7713"/>
    <w:rsid w:val="00D66D2E"/>
    <w:rsid w:val="00DE6E05"/>
    <w:rsid w:val="00E12D77"/>
    <w:rsid w:val="00E31CC2"/>
    <w:rsid w:val="00E33F32"/>
    <w:rsid w:val="00EC5FE0"/>
    <w:rsid w:val="00F000F0"/>
    <w:rsid w:val="00F07CE8"/>
    <w:rsid w:val="00F60A74"/>
    <w:rsid w:val="00FC693F"/>
    <w:rsid w:val="00FF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173E7B"/>
  <w14:defaultImageDpi w14:val="300"/>
  <w15:docId w15:val="{E0181191-369D-9447-947F-06D6B4B0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color w:val="000000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/>
      <w:b/>
      <w:bCs/>
      <w:sz w:val="25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keepNext/>
      <w:pBdr>
        <w:bottom w:val="single" w:sz="8" w:space="4" w:color="4F81BD" w:themeColor="accent1"/>
      </w:pBdr>
      <w:spacing w:after="280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rial" w:hAnsi="Arial"/>
      <w:color w:val="464646"/>
      <w:sz w:val="17"/>
    </w:rPr>
  </w:style>
  <w:style w:type="character" w:styleId="Collegamentoipertestuale">
    <w:name w:val="Hyperlink"/>
    <w:basedOn w:val="Carpredefinitoparagrafo"/>
    <w:uiPriority w:val="99"/>
    <w:unhideWhenUsed/>
    <w:rsid w:val="004D5D8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D5D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ltura@cert.comune.foggi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472</Words>
  <Characters>2695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Avviso pubblico per l’adesione alla Consulta comunale della Cultura</vt:lpstr>
      <vt:lpstr/>
    </vt:vector>
  </TitlesOfParts>
  <Manager/>
  <Company/>
  <LinksUpToDate>false</LinksUpToDate>
  <CharactersWithSpaces>3161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pubblico per l’adesione alla Consulta comunale della Cultura</dc:title>
  <dc:subject>Prima costituzione dell’Assemblea della Consulta comunale della Cultura di Foggia</dc:subject>
  <dc:creator>Comune di Foggia</dc:creator>
  <cp:keywords/>
  <dc:description>generated by python-docx</dc:description>
  <cp:lastModifiedBy>Elena D'orta</cp:lastModifiedBy>
  <cp:revision>3</cp:revision>
  <cp:lastPrinted>2026-10-01T14:39:00Z</cp:lastPrinted>
  <dcterms:created xsi:type="dcterms:W3CDTF">2026-10-13T07:41:00Z</dcterms:created>
  <dcterms:modified xsi:type="dcterms:W3CDTF">2026-10-13T07:41:00Z</dcterms:modified>
  <cp:category/>
</cp:coreProperties>
</file>